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rPr>
          <w:sz w:val="32"/>
        </w:rPr>
        <w:t>Stand: 31.10.2026 / KlangART Hilbeck</w:t>
      </w:r>
    </w:p>
    <w:p/>
    <w:p>
      <w:pPr>
        <w:pStyle w:val="Heading2"/>
      </w:pPr>
      <w:r>
        <w:rPr>
          <w:sz w:val="28"/>
        </w:rPr>
        <w:t>Stimme (Zeile 1)</w:t>
      </w:r>
    </w:p>
    <w:p/>
    <w:p>
      <w:pPr>
        <w:pStyle w:val="Heading3"/>
      </w:pPr>
      <w:r>
        <w:t>1. Strophe</w:t>
      </w:r>
    </w:p>
    <w:p>
      <w:r>
        <w:rPr>
          <w:rFonts w:ascii="Arial" w:hAnsi="Arial"/>
          <w:sz w:val="22"/>
        </w:rPr>
        <w:t>Still schweigt die Welt, nur Dun-kel rings um-her. Trau-er statt Freu-de, kei-ne Hoff-nung mehr. Doch auch in schwe-ren-Stun-den bist du da. Du gibst uns Trost, Herr, sei du uns ganz nah.</w:t>
      </w:r>
    </w:p>
    <w:p/>
    <w:p>
      <w:pPr>
        <w:pStyle w:val="Heading3"/>
      </w:pPr>
      <w:r>
        <w:t>2. Strophe</w:t>
      </w:r>
    </w:p>
    <w:p>
      <w:r>
        <w:rPr>
          <w:rFonts w:ascii="Arial" w:hAnsi="Arial"/>
          <w:sz w:val="22"/>
        </w:rPr>
        <w:t>Dein Trost um-gibt uns wie ein war-mes Licht. Du schenkst uns Kraft und neu-e Zu ver-sieht. Aus die-sem dunk-len-Tal der_ Trau-rig-keit zeigst du den Weg in dei-ne E-wig_ keit.</w:t>
      </w:r>
    </w:p>
    <w:p/>
    <w:p>
      <w:pPr>
        <w:pStyle w:val="Heading3"/>
      </w:pPr>
      <w:r>
        <w:t>3. Strophe</w:t>
      </w:r>
    </w:p>
    <w:p>
      <w:r>
        <w:rPr>
          <w:rFonts w:ascii="Arial" w:hAnsi="Arial"/>
          <w:sz w:val="22"/>
        </w:rPr>
        <w:t>Le-ben und Ster-ben, al-les kommt von dir. Du bist der Schöp-fer, dir ge-hö-ren wir. Herr, dei-ne Lie-be</w:t>
      </w:r>
    </w:p>
    <w:p/>
    <w:p>
      <w:pPr>
        <w:pStyle w:val="Heading3"/>
      </w:pPr>
      <w:r>
        <w:t>4. Strophe</w:t>
      </w:r>
    </w:p>
    <w:p>
      <w:r>
        <w:rPr>
          <w:rFonts w:ascii="Arial" w:hAnsi="Arial"/>
          <w:sz w:val="22"/>
        </w:rPr>
        <w:t>e-wig-lich be-steht. Du bist das Ziel für den, der mit dir_ geht.</w:t>
      </w:r>
    </w:p>
    <w:p/>
    <w:p/>
    <w:p/>
    <w:p>
      <w:r>
        <w:rPr>
          <w:i/>
          <w:sz w:val="18"/>
        </w:rPr>
        <w:t>Die Liedtexte basieren auf den Noten vom 31.10.2026</w:t>
      </w:r>
    </w:p>
    <w:p/>
    <w:p>
      <w:pPr>
        <w:pStyle w:val="Heading3"/>
      </w:pPr>
      <w:r>
        <w:t>Legende:</w:t>
      </w:r>
    </w:p>
    <w:p>
      <w:r>
        <w:t xml:space="preserve">  -  = Silbentrennung (hyphen) / Melisma</w:t>
      </w:r>
    </w:p>
    <w:p>
      <w:r>
        <w:t xml:space="preserve">  _  = Haltelinie (extender)</w:t>
      </w:r>
    </w:p>
    <w:p>
      <w:r>
        <w:t xml:space="preserve">  |  = Pause</w:t>
      </w:r>
    </w:p>
    <w:p>
      <w:r>
        <w:t xml:space="preserve">  ||:  = Wiederholung Anfang</w:t>
      </w:r>
    </w:p>
    <w:p>
      <w:r>
        <w:t xml:space="preserve">  :||  = Wiederholung Ende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